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499"/>
        <w:gridCol w:w="5499"/>
      </w:tblGrid>
      <w:tr w:rsidR="00DE7E3D" w14:paraId="6C58FD98" w14:textId="77777777">
        <w:trPr>
          <w:cantSplit/>
          <w:jc w:val="center"/>
        </w:trPr>
        <w:tc>
          <w:tcPr>
            <w:tcW w:w="5499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EA582A" w14:textId="77777777" w:rsidR="00DE7E3D" w:rsidRPr="00E7592C" w:rsidRDefault="00000000">
            <w:pPr>
              <w:spacing w:after="0" w:line="228" w:lineRule="auto"/>
              <w:rPr>
                <w:sz w:val="36"/>
                <w:szCs w:val="36"/>
              </w:rPr>
            </w:pPr>
            <w:r w:rsidRPr="00E7592C">
              <w:rPr>
                <w:rFonts w:ascii="Aptos" w:hAnsi="Aptos"/>
                <w:b/>
                <w:color w:val="006B45"/>
                <w:sz w:val="96"/>
                <w:szCs w:val="36"/>
              </w:rPr>
              <w:t>DOTAZNÍK</w:t>
            </w:r>
          </w:p>
          <w:p w14:paraId="3844F024" w14:textId="77777777" w:rsidR="00DE7E3D" w:rsidRPr="00E7592C" w:rsidRDefault="00000000">
            <w:pPr>
              <w:spacing w:after="0" w:line="216" w:lineRule="auto"/>
              <w:rPr>
                <w:sz w:val="36"/>
                <w:szCs w:val="36"/>
              </w:rPr>
            </w:pPr>
            <w:r w:rsidRPr="00E7592C">
              <w:rPr>
                <w:rFonts w:ascii="Segoe Script" w:hAnsi="Segoe Script"/>
                <w:color w:val="006B45"/>
                <w:sz w:val="48"/>
                <w:szCs w:val="36"/>
              </w:rPr>
              <w:t>spokojenosti</w:t>
            </w:r>
          </w:p>
          <w:p w14:paraId="47BD6759" w14:textId="77777777" w:rsidR="00DE7E3D" w:rsidRDefault="00000000">
            <w:pPr>
              <w:spacing w:before="40" w:after="0" w:line="240" w:lineRule="auto"/>
            </w:pPr>
            <w:r>
              <w:rPr>
                <w:rFonts w:ascii="Aptos" w:hAnsi="Aptos"/>
                <w:b/>
                <w:color w:val="006B45"/>
                <w:sz w:val="29"/>
              </w:rPr>
              <w:t>NOVÉ DĚTSKÉ HŘIŠTĚ</w:t>
            </w:r>
          </w:p>
          <w:p w14:paraId="4832AC1B" w14:textId="77777777" w:rsidR="00DE7E3D" w:rsidRDefault="00000000">
            <w:pPr>
              <w:spacing w:after="40" w:line="240" w:lineRule="auto"/>
            </w:pPr>
            <w:r>
              <w:rPr>
                <w:rFonts w:ascii="Aptos" w:hAnsi="Aptos"/>
                <w:b/>
                <w:color w:val="283448"/>
                <w:sz w:val="19"/>
              </w:rPr>
              <w:t>na ul. Okružní v obci Velká Polom</w:t>
            </w:r>
          </w:p>
          <w:p w14:paraId="5B015B6D" w14:textId="20620A59" w:rsidR="00DE7E3D" w:rsidRDefault="00DE7E3D">
            <w:pPr>
              <w:spacing w:before="60" w:after="0" w:line="240" w:lineRule="auto"/>
            </w:pPr>
          </w:p>
          <w:p w14:paraId="5E1D59B6" w14:textId="3B9D704B" w:rsidR="00DE7E3D" w:rsidRDefault="00E7592C">
            <w:pPr>
              <w:spacing w:after="0" w:line="240" w:lineRule="auto"/>
            </w:pPr>
            <w:r w:rsidRPr="00E7592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7216" behindDoc="1" locked="0" layoutInCell="1" allowOverlap="1" wp14:anchorId="4EF3233F" wp14:editId="76E16D63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50800</wp:posOffset>
                  </wp:positionV>
                  <wp:extent cx="1205230" cy="868680"/>
                  <wp:effectExtent l="0" t="0" r="0" b="7620"/>
                  <wp:wrapTight wrapText="bothSides">
                    <wp:wrapPolygon edited="0">
                      <wp:start x="13656" y="0"/>
                      <wp:lineTo x="7852" y="2368"/>
                      <wp:lineTo x="3414" y="5211"/>
                      <wp:lineTo x="3414" y="8526"/>
                      <wp:lineTo x="9901" y="15158"/>
                      <wp:lineTo x="0" y="17053"/>
                      <wp:lineTo x="0" y="21316"/>
                      <wp:lineTo x="21168" y="21316"/>
                      <wp:lineTo x="21168" y="18474"/>
                      <wp:lineTo x="10584" y="15158"/>
                      <wp:lineTo x="12974" y="15158"/>
                      <wp:lineTo x="16046" y="10895"/>
                      <wp:lineTo x="15705" y="7579"/>
                      <wp:lineTo x="17753" y="0"/>
                      <wp:lineTo x="13656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cropped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230" cy="86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54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77149" w14:textId="77777777" w:rsidR="00DE7E3D" w:rsidRDefault="00000000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3C78D63B" wp14:editId="02BF7A71">
                  <wp:extent cx="3528000" cy="24157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to dětského hřiště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8000" cy="241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4C7A52" w14:textId="77777777" w:rsidR="00DE7E3D" w:rsidRDefault="00DE7E3D">
            <w:pPr>
              <w:spacing w:before="20" w:after="0" w:line="240" w:lineRule="auto"/>
              <w:jc w:val="right"/>
            </w:pPr>
          </w:p>
          <w:p w14:paraId="60C750F6" w14:textId="77777777" w:rsidR="00E7592C" w:rsidRDefault="00E7592C">
            <w:pPr>
              <w:spacing w:before="20" w:after="0" w:line="240" w:lineRule="auto"/>
              <w:jc w:val="right"/>
            </w:pPr>
          </w:p>
          <w:p w14:paraId="6391D303" w14:textId="17BA1E46" w:rsidR="00E7592C" w:rsidRDefault="00E7592C">
            <w:pPr>
              <w:spacing w:before="20" w:after="0" w:line="240" w:lineRule="auto"/>
              <w:jc w:val="right"/>
            </w:pPr>
          </w:p>
        </w:tc>
      </w:tr>
    </w:tbl>
    <w:p w14:paraId="2D059274" w14:textId="77777777" w:rsidR="00DE7E3D" w:rsidRDefault="00000000">
      <w:pPr>
        <w:spacing w:before="20" w:after="20" w:line="240" w:lineRule="auto"/>
        <w:jc w:val="center"/>
      </w:pPr>
      <w:r>
        <w:rPr>
          <w:rFonts w:ascii="Aptos" w:hAnsi="Aptos"/>
          <w:b/>
          <w:color w:val="006B45"/>
          <w:sz w:val="17"/>
        </w:rPr>
        <w:t>DĚKUJEME, ŽE VYPLNÍTE TENTO DOTAZNÍK.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99"/>
        <w:gridCol w:w="5499"/>
      </w:tblGrid>
      <w:tr w:rsidR="00DE7E3D" w14:paraId="7A929B7B" w14:textId="77777777">
        <w:trPr>
          <w:cantSplit/>
          <w:jc w:val="center"/>
        </w:trPr>
        <w:tc>
          <w:tcPr>
            <w:tcW w:w="5499" w:type="dxa"/>
            <w:tcBorders>
              <w:top w:val="single" w:sz="6" w:space="0" w:color="B9D3A4"/>
              <w:left w:val="single" w:sz="6" w:space="0" w:color="B9D3A4"/>
              <w:bottom w:val="single" w:sz="6" w:space="0" w:color="B9D3A4"/>
              <w:right w:val="single" w:sz="6" w:space="0" w:color="B9D3A4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11D3947" w14:textId="77777777" w:rsidR="00DE7E3D" w:rsidRDefault="00000000">
            <w:pPr>
              <w:spacing w:after="0" w:line="240" w:lineRule="auto"/>
            </w:pPr>
            <w:r>
              <w:rPr>
                <w:rFonts w:ascii="Aptos" w:hAnsi="Aptos"/>
                <w:b/>
                <w:color w:val="006B45"/>
                <w:sz w:val="18"/>
              </w:rPr>
              <w:t xml:space="preserve">1  </w:t>
            </w:r>
            <w:r>
              <w:rPr>
                <w:rFonts w:ascii="Aptos" w:hAnsi="Aptos"/>
                <w:b/>
                <w:color w:val="111111"/>
                <w:sz w:val="17"/>
              </w:rPr>
              <w:t>JAK SE VÁM CELKOVĚ LÍBÍ NOVÉ DĚTSKÉ HŘIŠTĚ?</w:t>
            </w:r>
          </w:p>
          <w:p w14:paraId="692B267E" w14:textId="77777777" w:rsidR="00DE7E3D" w:rsidRDefault="00000000">
            <w:pPr>
              <w:spacing w:after="0" w:line="240" w:lineRule="auto"/>
            </w:pPr>
            <w:r>
              <w:rPr>
                <w:rFonts w:ascii="Aptos" w:hAnsi="Aptos"/>
                <w:b/>
                <w:color w:val="2E7D32"/>
                <w:sz w:val="26"/>
              </w:rPr>
              <w:t xml:space="preserve">  ☺  </w:t>
            </w:r>
            <w:r>
              <w:rPr>
                <w:rFonts w:ascii="Aptos" w:hAnsi="Aptos"/>
                <w:b/>
                <w:color w:val="7AA21D"/>
                <w:sz w:val="26"/>
              </w:rPr>
              <w:t xml:space="preserve">  ☺  </w:t>
            </w:r>
            <w:r>
              <w:rPr>
                <w:rFonts w:ascii="Aptos" w:hAnsi="Aptos"/>
                <w:b/>
                <w:color w:val="F0B400"/>
                <w:sz w:val="26"/>
              </w:rPr>
              <w:t xml:space="preserve">  —  </w:t>
            </w:r>
            <w:r>
              <w:rPr>
                <w:rFonts w:ascii="Aptos" w:hAnsi="Aptos"/>
                <w:b/>
                <w:color w:val="EF6C00"/>
                <w:sz w:val="26"/>
              </w:rPr>
              <w:t xml:space="preserve">  ☹  </w:t>
            </w:r>
            <w:r>
              <w:rPr>
                <w:rFonts w:ascii="Aptos" w:hAnsi="Aptos"/>
                <w:b/>
                <w:color w:val="C62828"/>
                <w:sz w:val="26"/>
              </w:rPr>
              <w:t xml:space="preserve">  ☹  </w:t>
            </w:r>
          </w:p>
          <w:p w14:paraId="3770977A" w14:textId="77777777" w:rsidR="00DE7E3D" w:rsidRPr="00E7592C" w:rsidRDefault="00000000">
            <w:pPr>
              <w:spacing w:after="0" w:line="240" w:lineRule="auto"/>
              <w:rPr>
                <w:sz w:val="20"/>
                <w:szCs w:val="20"/>
              </w:rPr>
            </w:pPr>
            <w:r w:rsidRPr="00E7592C">
              <w:rPr>
                <w:rFonts w:ascii="Aptos" w:hAnsi="Aptos"/>
                <w:color w:val="444444"/>
                <w:sz w:val="20"/>
                <w:szCs w:val="20"/>
              </w:rPr>
              <w:t xml:space="preserve">    □        □        □        □        □</w:t>
            </w:r>
          </w:p>
          <w:p w14:paraId="756FE5C7" w14:textId="77777777" w:rsidR="00DE7E3D" w:rsidRPr="00E7592C" w:rsidRDefault="00000000">
            <w:pPr>
              <w:spacing w:after="0" w:line="240" w:lineRule="auto"/>
              <w:rPr>
                <w:rFonts w:ascii="Aptos" w:hAnsi="Aptos"/>
                <w:color w:val="333333"/>
                <w:sz w:val="20"/>
                <w:szCs w:val="20"/>
              </w:rPr>
            </w:pPr>
            <w:r w:rsidRPr="00E7592C">
              <w:rPr>
                <w:rFonts w:ascii="Aptos" w:hAnsi="Aptos"/>
                <w:color w:val="333333"/>
                <w:sz w:val="20"/>
                <w:szCs w:val="20"/>
              </w:rPr>
              <w:t>Váš názor / komentář:</w:t>
            </w:r>
          </w:p>
          <w:p w14:paraId="0DA1A5A5" w14:textId="77777777" w:rsidR="00E7592C" w:rsidRDefault="00E7592C">
            <w:pPr>
              <w:spacing w:after="0" w:line="240" w:lineRule="auto"/>
            </w:pPr>
          </w:p>
          <w:p w14:paraId="60CF07EA" w14:textId="77777777" w:rsidR="00DE7E3D" w:rsidRDefault="00000000">
            <w:pPr>
              <w:spacing w:after="20" w:line="240" w:lineRule="auto"/>
            </w:pPr>
            <w:r>
              <w:rPr>
                <w:rFonts w:ascii="Aptos" w:hAnsi="Aptos"/>
                <w:color w:val="777777"/>
                <w:sz w:val="15"/>
              </w:rPr>
              <w:t>............................................................................................</w:t>
            </w:r>
          </w:p>
          <w:p w14:paraId="016F8955" w14:textId="77777777" w:rsidR="00DE7E3D" w:rsidRDefault="00000000">
            <w:pPr>
              <w:spacing w:before="40" w:after="0" w:line="240" w:lineRule="auto"/>
            </w:pPr>
            <w:r>
              <w:rPr>
                <w:rFonts w:ascii="Aptos" w:hAnsi="Aptos"/>
                <w:b/>
                <w:color w:val="006B45"/>
                <w:sz w:val="18"/>
              </w:rPr>
              <w:t xml:space="preserve">2  </w:t>
            </w:r>
            <w:r>
              <w:rPr>
                <w:rFonts w:ascii="Aptos" w:hAnsi="Aptos"/>
                <w:b/>
                <w:color w:val="111111"/>
                <w:sz w:val="17"/>
              </w:rPr>
              <w:t>VYHOVUJE VÁM LOKALITA HŘIŠTĚ</w:t>
            </w:r>
          </w:p>
          <w:p w14:paraId="2EF435E1" w14:textId="77777777" w:rsidR="00DE7E3D" w:rsidRDefault="00000000">
            <w:pPr>
              <w:spacing w:after="0" w:line="240" w:lineRule="auto"/>
            </w:pPr>
            <w:r>
              <w:rPr>
                <w:rFonts w:ascii="Aptos" w:hAnsi="Aptos"/>
                <w:color w:val="1A1A1A"/>
                <w:sz w:val="15"/>
              </w:rPr>
              <w:t>na ul. Okružní?</w:t>
            </w:r>
          </w:p>
          <w:p w14:paraId="69C3D4D3" w14:textId="77777777" w:rsidR="00DE7E3D" w:rsidRDefault="00000000">
            <w:pPr>
              <w:spacing w:after="0" w:line="240" w:lineRule="auto"/>
            </w:pPr>
            <w:r>
              <w:rPr>
                <w:rFonts w:ascii="Aptos" w:hAnsi="Aptos"/>
                <w:b/>
                <w:color w:val="2E7D32"/>
                <w:sz w:val="26"/>
              </w:rPr>
              <w:t xml:space="preserve">  ☺  </w:t>
            </w:r>
            <w:r>
              <w:rPr>
                <w:rFonts w:ascii="Aptos" w:hAnsi="Aptos"/>
                <w:b/>
                <w:color w:val="7AA21D"/>
                <w:sz w:val="26"/>
              </w:rPr>
              <w:t xml:space="preserve">  ☺  </w:t>
            </w:r>
            <w:r>
              <w:rPr>
                <w:rFonts w:ascii="Aptos" w:hAnsi="Aptos"/>
                <w:b/>
                <w:color w:val="F0B400"/>
                <w:sz w:val="26"/>
              </w:rPr>
              <w:t xml:space="preserve">  —  </w:t>
            </w:r>
            <w:r>
              <w:rPr>
                <w:rFonts w:ascii="Aptos" w:hAnsi="Aptos"/>
                <w:b/>
                <w:color w:val="EF6C00"/>
                <w:sz w:val="26"/>
              </w:rPr>
              <w:t xml:space="preserve">  ☹  </w:t>
            </w:r>
            <w:r>
              <w:rPr>
                <w:rFonts w:ascii="Aptos" w:hAnsi="Aptos"/>
                <w:b/>
                <w:color w:val="C62828"/>
                <w:sz w:val="26"/>
              </w:rPr>
              <w:t xml:space="preserve">  ☹  </w:t>
            </w:r>
          </w:p>
          <w:p w14:paraId="18C89110" w14:textId="77777777" w:rsidR="00DE7E3D" w:rsidRPr="00E7592C" w:rsidRDefault="00000000">
            <w:pPr>
              <w:spacing w:after="0" w:line="240" w:lineRule="auto"/>
              <w:rPr>
                <w:sz w:val="20"/>
                <w:szCs w:val="20"/>
              </w:rPr>
            </w:pPr>
            <w:r w:rsidRPr="00E7592C">
              <w:rPr>
                <w:rFonts w:ascii="Aptos" w:hAnsi="Aptos"/>
                <w:color w:val="444444"/>
                <w:sz w:val="20"/>
                <w:szCs w:val="20"/>
              </w:rPr>
              <w:t xml:space="preserve">    □        □        □        □        □</w:t>
            </w:r>
          </w:p>
          <w:p w14:paraId="6171CBE8" w14:textId="77777777" w:rsidR="00DE7E3D" w:rsidRPr="00E7592C" w:rsidRDefault="00000000">
            <w:pPr>
              <w:spacing w:after="0" w:line="240" w:lineRule="auto"/>
              <w:rPr>
                <w:rFonts w:ascii="Aptos" w:hAnsi="Aptos"/>
                <w:color w:val="333333"/>
                <w:sz w:val="20"/>
                <w:szCs w:val="20"/>
              </w:rPr>
            </w:pPr>
            <w:r w:rsidRPr="00E7592C">
              <w:rPr>
                <w:rFonts w:ascii="Aptos" w:hAnsi="Aptos"/>
                <w:color w:val="333333"/>
                <w:sz w:val="20"/>
                <w:szCs w:val="20"/>
              </w:rPr>
              <w:t>Váš názor / komentář:</w:t>
            </w:r>
          </w:p>
          <w:p w14:paraId="284CFF41" w14:textId="77777777" w:rsidR="00E7592C" w:rsidRDefault="00E7592C">
            <w:pPr>
              <w:spacing w:after="0" w:line="240" w:lineRule="auto"/>
            </w:pPr>
          </w:p>
          <w:p w14:paraId="65A86CDA" w14:textId="77777777" w:rsidR="00DE7E3D" w:rsidRDefault="00000000">
            <w:pPr>
              <w:spacing w:after="20" w:line="240" w:lineRule="auto"/>
            </w:pPr>
            <w:r>
              <w:rPr>
                <w:rFonts w:ascii="Aptos" w:hAnsi="Aptos"/>
                <w:color w:val="777777"/>
                <w:sz w:val="15"/>
              </w:rPr>
              <w:t>............................................................................................</w:t>
            </w:r>
          </w:p>
          <w:p w14:paraId="0964E4C7" w14:textId="77777777" w:rsidR="00DE7E3D" w:rsidRDefault="00000000">
            <w:pPr>
              <w:spacing w:before="40" w:after="0" w:line="240" w:lineRule="auto"/>
            </w:pPr>
            <w:r>
              <w:rPr>
                <w:rFonts w:ascii="Aptos" w:hAnsi="Aptos"/>
                <w:b/>
                <w:color w:val="006B45"/>
                <w:sz w:val="18"/>
              </w:rPr>
              <w:t xml:space="preserve">3  </w:t>
            </w:r>
            <w:r>
              <w:rPr>
                <w:rFonts w:ascii="Aptos" w:hAnsi="Aptos"/>
                <w:b/>
                <w:color w:val="111111"/>
                <w:sz w:val="17"/>
              </w:rPr>
              <w:t>VYHOVUJE VÁM PROVOZNÍ DOBA HŘIŠTĚ?</w:t>
            </w:r>
          </w:p>
          <w:p w14:paraId="7EA96A40" w14:textId="77777777" w:rsidR="00DE7E3D" w:rsidRDefault="00000000">
            <w:pPr>
              <w:spacing w:after="0" w:line="240" w:lineRule="auto"/>
            </w:pPr>
            <w:r>
              <w:rPr>
                <w:rFonts w:ascii="Aptos" w:hAnsi="Aptos"/>
                <w:color w:val="006B45"/>
                <w:sz w:val="15"/>
              </w:rPr>
              <w:t xml:space="preserve">◷  Provozní doba: </w:t>
            </w:r>
            <w:r>
              <w:rPr>
                <w:rFonts w:ascii="Aptos" w:hAnsi="Aptos"/>
                <w:b/>
                <w:color w:val="000000"/>
                <w:sz w:val="15"/>
              </w:rPr>
              <w:t>duben – říjen 8:00–18:00 hod.</w:t>
            </w:r>
          </w:p>
          <w:p w14:paraId="445E0FC9" w14:textId="77777777" w:rsidR="00DE7E3D" w:rsidRDefault="00000000">
            <w:pPr>
              <w:spacing w:after="0" w:line="240" w:lineRule="auto"/>
            </w:pPr>
            <w:r>
              <w:rPr>
                <w:rFonts w:ascii="Aptos" w:hAnsi="Aptos"/>
                <w:b/>
                <w:color w:val="2E7D32"/>
                <w:sz w:val="26"/>
              </w:rPr>
              <w:t xml:space="preserve">  ☺  </w:t>
            </w:r>
            <w:r>
              <w:rPr>
                <w:rFonts w:ascii="Aptos" w:hAnsi="Aptos"/>
                <w:b/>
                <w:color w:val="7AA21D"/>
                <w:sz w:val="26"/>
              </w:rPr>
              <w:t xml:space="preserve">  ☺  </w:t>
            </w:r>
            <w:r>
              <w:rPr>
                <w:rFonts w:ascii="Aptos" w:hAnsi="Aptos"/>
                <w:b/>
                <w:color w:val="F0B400"/>
                <w:sz w:val="26"/>
              </w:rPr>
              <w:t xml:space="preserve">  —  </w:t>
            </w:r>
            <w:r>
              <w:rPr>
                <w:rFonts w:ascii="Aptos" w:hAnsi="Aptos"/>
                <w:b/>
                <w:color w:val="EF6C00"/>
                <w:sz w:val="26"/>
              </w:rPr>
              <w:t xml:space="preserve">  ☹  </w:t>
            </w:r>
            <w:r>
              <w:rPr>
                <w:rFonts w:ascii="Aptos" w:hAnsi="Aptos"/>
                <w:b/>
                <w:color w:val="C62828"/>
                <w:sz w:val="26"/>
              </w:rPr>
              <w:t xml:space="preserve">  ☹  </w:t>
            </w:r>
          </w:p>
          <w:p w14:paraId="679079A5" w14:textId="77777777" w:rsidR="00DE7E3D" w:rsidRPr="00E7592C" w:rsidRDefault="00000000">
            <w:pPr>
              <w:spacing w:after="0" w:line="240" w:lineRule="auto"/>
              <w:rPr>
                <w:sz w:val="20"/>
                <w:szCs w:val="20"/>
              </w:rPr>
            </w:pPr>
            <w:r w:rsidRPr="00E7592C">
              <w:rPr>
                <w:rFonts w:ascii="Aptos" w:hAnsi="Aptos"/>
                <w:color w:val="444444"/>
                <w:sz w:val="20"/>
                <w:szCs w:val="20"/>
              </w:rPr>
              <w:t xml:space="preserve">    □        □        □        □        □</w:t>
            </w:r>
          </w:p>
          <w:p w14:paraId="2C9790CD" w14:textId="77777777" w:rsidR="00DE7E3D" w:rsidRPr="00E7592C" w:rsidRDefault="00000000">
            <w:pPr>
              <w:spacing w:after="0" w:line="240" w:lineRule="auto"/>
              <w:rPr>
                <w:rFonts w:ascii="Aptos" w:hAnsi="Aptos"/>
                <w:color w:val="333333"/>
                <w:sz w:val="20"/>
                <w:szCs w:val="20"/>
              </w:rPr>
            </w:pPr>
            <w:r w:rsidRPr="00E7592C">
              <w:rPr>
                <w:rFonts w:ascii="Aptos" w:hAnsi="Aptos"/>
                <w:color w:val="333333"/>
                <w:sz w:val="20"/>
                <w:szCs w:val="20"/>
              </w:rPr>
              <w:t>Váš názor / komentář:</w:t>
            </w:r>
          </w:p>
          <w:p w14:paraId="08915B8B" w14:textId="77777777" w:rsidR="00E7592C" w:rsidRDefault="00E7592C">
            <w:pPr>
              <w:spacing w:after="0" w:line="240" w:lineRule="auto"/>
            </w:pPr>
          </w:p>
          <w:p w14:paraId="4D9AC47D" w14:textId="77777777" w:rsidR="00DE7E3D" w:rsidRDefault="00000000">
            <w:pPr>
              <w:spacing w:after="20" w:line="240" w:lineRule="auto"/>
            </w:pPr>
            <w:r>
              <w:rPr>
                <w:rFonts w:ascii="Aptos" w:hAnsi="Aptos"/>
                <w:color w:val="777777"/>
                <w:sz w:val="15"/>
              </w:rPr>
              <w:t>............................................................................................</w:t>
            </w:r>
          </w:p>
          <w:p w14:paraId="4570DC35" w14:textId="77777777" w:rsidR="00DE7E3D" w:rsidRDefault="00000000">
            <w:pPr>
              <w:spacing w:before="40" w:after="0" w:line="240" w:lineRule="auto"/>
            </w:pPr>
            <w:r>
              <w:rPr>
                <w:rFonts w:ascii="Aptos" w:hAnsi="Aptos"/>
                <w:b/>
                <w:color w:val="006B45"/>
                <w:sz w:val="18"/>
              </w:rPr>
              <w:t xml:space="preserve">4  </w:t>
            </w:r>
            <w:r>
              <w:rPr>
                <w:rFonts w:ascii="Aptos" w:hAnsi="Aptos"/>
                <w:b/>
                <w:color w:val="111111"/>
                <w:sz w:val="17"/>
              </w:rPr>
              <w:t>JAK ČASTO HŘIŠTĚ NAVŠTĚVUJETE?</w:t>
            </w:r>
          </w:p>
          <w:p w14:paraId="15BCAD35" w14:textId="77777777" w:rsidR="00DE7E3D" w:rsidRPr="00E7592C" w:rsidRDefault="00000000">
            <w:pPr>
              <w:spacing w:after="0" w:line="240" w:lineRule="auto"/>
              <w:rPr>
                <w:sz w:val="32"/>
                <w:szCs w:val="32"/>
              </w:rPr>
            </w:pPr>
            <w:r w:rsidRPr="00E7592C">
              <w:rPr>
                <w:rFonts w:ascii="Aptos" w:hAnsi="Aptos"/>
                <w:color w:val="1A1A1A"/>
                <w:sz w:val="20"/>
                <w:szCs w:val="32"/>
              </w:rPr>
              <w:t>□ Několikrát týdně</w:t>
            </w:r>
          </w:p>
          <w:p w14:paraId="024D7677" w14:textId="77777777" w:rsidR="00DE7E3D" w:rsidRPr="00E7592C" w:rsidRDefault="00000000">
            <w:pPr>
              <w:spacing w:after="0" w:line="240" w:lineRule="auto"/>
              <w:rPr>
                <w:sz w:val="32"/>
                <w:szCs w:val="32"/>
              </w:rPr>
            </w:pPr>
            <w:r w:rsidRPr="00E7592C">
              <w:rPr>
                <w:rFonts w:ascii="Aptos" w:hAnsi="Aptos"/>
                <w:color w:val="1A1A1A"/>
                <w:sz w:val="20"/>
                <w:szCs w:val="32"/>
              </w:rPr>
              <w:t>□ 1× týdně</w:t>
            </w:r>
          </w:p>
          <w:p w14:paraId="70C66D26" w14:textId="77777777" w:rsidR="00DE7E3D" w:rsidRPr="00E7592C" w:rsidRDefault="00000000">
            <w:pPr>
              <w:spacing w:after="0" w:line="240" w:lineRule="auto"/>
              <w:rPr>
                <w:sz w:val="32"/>
                <w:szCs w:val="32"/>
              </w:rPr>
            </w:pPr>
            <w:r w:rsidRPr="00E7592C">
              <w:rPr>
                <w:rFonts w:ascii="Aptos" w:hAnsi="Aptos"/>
                <w:color w:val="1A1A1A"/>
                <w:sz w:val="20"/>
                <w:szCs w:val="32"/>
              </w:rPr>
              <w:t>□ Několikrát měsíčně</w:t>
            </w:r>
          </w:p>
          <w:p w14:paraId="0756344F" w14:textId="77777777" w:rsidR="00DE7E3D" w:rsidRPr="00E7592C" w:rsidRDefault="00000000">
            <w:pPr>
              <w:spacing w:after="0" w:line="240" w:lineRule="auto"/>
              <w:rPr>
                <w:sz w:val="32"/>
                <w:szCs w:val="32"/>
              </w:rPr>
            </w:pPr>
            <w:r w:rsidRPr="00E7592C">
              <w:rPr>
                <w:rFonts w:ascii="Aptos" w:hAnsi="Aptos"/>
                <w:color w:val="1A1A1A"/>
                <w:sz w:val="20"/>
                <w:szCs w:val="32"/>
              </w:rPr>
              <w:t>□ Zřídka</w:t>
            </w:r>
          </w:p>
          <w:p w14:paraId="11217BAA" w14:textId="77777777" w:rsidR="00DE7E3D" w:rsidRDefault="00000000">
            <w:pPr>
              <w:spacing w:after="0" w:line="240" w:lineRule="auto"/>
            </w:pPr>
            <w:r w:rsidRPr="00E7592C">
              <w:rPr>
                <w:rFonts w:ascii="Aptos" w:hAnsi="Aptos"/>
                <w:color w:val="1A1A1A"/>
                <w:sz w:val="20"/>
                <w:szCs w:val="32"/>
              </w:rPr>
              <w:t>□ Nikdy</w:t>
            </w:r>
          </w:p>
        </w:tc>
        <w:tc>
          <w:tcPr>
            <w:tcW w:w="5499" w:type="dxa"/>
            <w:tcBorders>
              <w:top w:val="single" w:sz="6" w:space="0" w:color="B9D3A4"/>
              <w:left w:val="single" w:sz="6" w:space="0" w:color="B9D3A4"/>
              <w:bottom w:val="single" w:sz="6" w:space="0" w:color="B9D3A4"/>
              <w:right w:val="single" w:sz="6" w:space="0" w:color="B9D3A4"/>
            </w:tcBorders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580BB87" w14:textId="77777777" w:rsidR="00DE7E3D" w:rsidRDefault="00000000">
            <w:pPr>
              <w:spacing w:after="0" w:line="240" w:lineRule="auto"/>
            </w:pPr>
            <w:r>
              <w:rPr>
                <w:rFonts w:ascii="Aptos" w:hAnsi="Aptos"/>
                <w:b/>
                <w:color w:val="006B45"/>
                <w:sz w:val="18"/>
              </w:rPr>
              <w:t xml:space="preserve">5  </w:t>
            </w:r>
            <w:r>
              <w:rPr>
                <w:rFonts w:ascii="Aptos" w:hAnsi="Aptos"/>
                <w:b/>
                <w:color w:val="111111"/>
                <w:sz w:val="17"/>
              </w:rPr>
              <w:t>CO SE VÁM NA HŘIŠTI LÍBÍ NEJVÍCE?</w:t>
            </w:r>
          </w:p>
          <w:p w14:paraId="06A6EEFB" w14:textId="77777777" w:rsidR="00DE7E3D" w:rsidRPr="00E7592C" w:rsidRDefault="00000000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rFonts w:ascii="Aptos" w:hAnsi="Aptos"/>
                <w:color w:val="1A1A1A"/>
                <w:sz w:val="14"/>
              </w:rPr>
              <w:t>(</w:t>
            </w:r>
            <w:r w:rsidRPr="00E7592C">
              <w:rPr>
                <w:rFonts w:ascii="Aptos" w:hAnsi="Aptos"/>
                <w:color w:val="1A1A1A"/>
                <w:sz w:val="20"/>
                <w:szCs w:val="32"/>
              </w:rPr>
              <w:t>můžete vybrat více možností)</w:t>
            </w:r>
          </w:p>
          <w:p w14:paraId="4D2ACADB" w14:textId="77777777" w:rsidR="00DE7E3D" w:rsidRPr="00E7592C" w:rsidRDefault="00000000">
            <w:pPr>
              <w:spacing w:after="0" w:line="240" w:lineRule="auto"/>
              <w:rPr>
                <w:sz w:val="32"/>
                <w:szCs w:val="32"/>
              </w:rPr>
            </w:pPr>
            <w:r w:rsidRPr="00E7592C">
              <w:rPr>
                <w:rFonts w:ascii="Aptos" w:hAnsi="Aptos"/>
                <w:color w:val="1A1A1A"/>
                <w:sz w:val="20"/>
                <w:szCs w:val="32"/>
              </w:rPr>
              <w:t>□ Herní prvky (skluzavka, prolézačky, houpačky…)</w:t>
            </w:r>
          </w:p>
          <w:p w14:paraId="7DB50BD2" w14:textId="77777777" w:rsidR="00DE7E3D" w:rsidRPr="00E7592C" w:rsidRDefault="00000000">
            <w:pPr>
              <w:spacing w:after="0" w:line="240" w:lineRule="auto"/>
              <w:rPr>
                <w:sz w:val="32"/>
                <w:szCs w:val="32"/>
              </w:rPr>
            </w:pPr>
            <w:r w:rsidRPr="00E7592C">
              <w:rPr>
                <w:rFonts w:ascii="Aptos" w:hAnsi="Aptos"/>
                <w:color w:val="1A1A1A"/>
                <w:sz w:val="20"/>
                <w:szCs w:val="32"/>
              </w:rPr>
              <w:t>□ Bezpečnost</w:t>
            </w:r>
          </w:p>
          <w:p w14:paraId="25937672" w14:textId="77777777" w:rsidR="00DE7E3D" w:rsidRPr="00E7592C" w:rsidRDefault="00000000">
            <w:pPr>
              <w:spacing w:after="0" w:line="240" w:lineRule="auto"/>
              <w:rPr>
                <w:sz w:val="32"/>
                <w:szCs w:val="32"/>
              </w:rPr>
            </w:pPr>
            <w:r w:rsidRPr="00E7592C">
              <w:rPr>
                <w:rFonts w:ascii="Aptos" w:hAnsi="Aptos"/>
                <w:color w:val="1A1A1A"/>
                <w:sz w:val="20"/>
                <w:szCs w:val="32"/>
              </w:rPr>
              <w:t>□ Vzhled a prostředí</w:t>
            </w:r>
          </w:p>
          <w:p w14:paraId="2533B055" w14:textId="77777777" w:rsidR="00DE7E3D" w:rsidRPr="00E7592C" w:rsidRDefault="00000000">
            <w:pPr>
              <w:spacing w:after="0" w:line="240" w:lineRule="auto"/>
              <w:rPr>
                <w:sz w:val="32"/>
                <w:szCs w:val="32"/>
              </w:rPr>
            </w:pPr>
            <w:r w:rsidRPr="00E7592C">
              <w:rPr>
                <w:rFonts w:ascii="Aptos" w:hAnsi="Aptos"/>
                <w:color w:val="1A1A1A"/>
                <w:sz w:val="20"/>
                <w:szCs w:val="32"/>
              </w:rPr>
              <w:t>□ Lokalita</w:t>
            </w:r>
          </w:p>
          <w:p w14:paraId="4B007A34" w14:textId="77777777" w:rsidR="00DE7E3D" w:rsidRPr="00E7592C" w:rsidRDefault="00000000">
            <w:pPr>
              <w:spacing w:after="0" w:line="240" w:lineRule="auto"/>
              <w:rPr>
                <w:sz w:val="32"/>
                <w:szCs w:val="32"/>
              </w:rPr>
            </w:pPr>
            <w:r w:rsidRPr="00E7592C">
              <w:rPr>
                <w:rFonts w:ascii="Aptos" w:hAnsi="Aptos"/>
                <w:color w:val="1A1A1A"/>
                <w:sz w:val="20"/>
                <w:szCs w:val="32"/>
              </w:rPr>
              <w:t>□ Posezení</w:t>
            </w:r>
          </w:p>
          <w:p w14:paraId="6C5D081C" w14:textId="77777777" w:rsidR="00DE7E3D" w:rsidRDefault="00000000">
            <w:pPr>
              <w:spacing w:after="0" w:line="240" w:lineRule="auto"/>
              <w:rPr>
                <w:rFonts w:ascii="Aptos" w:hAnsi="Aptos"/>
                <w:color w:val="1A1A1A"/>
                <w:sz w:val="20"/>
                <w:szCs w:val="32"/>
              </w:rPr>
            </w:pPr>
            <w:r w:rsidRPr="00E7592C">
              <w:rPr>
                <w:rFonts w:ascii="Aptos" w:hAnsi="Aptos"/>
                <w:color w:val="1A1A1A"/>
                <w:sz w:val="20"/>
                <w:szCs w:val="32"/>
              </w:rPr>
              <w:t>□ Jiné: ....................................................</w:t>
            </w:r>
          </w:p>
          <w:p w14:paraId="779C8876" w14:textId="77777777" w:rsidR="00E7592C" w:rsidRPr="00E7592C" w:rsidRDefault="00E7592C">
            <w:pPr>
              <w:spacing w:after="0" w:line="240" w:lineRule="auto"/>
              <w:rPr>
                <w:sz w:val="32"/>
                <w:szCs w:val="32"/>
              </w:rPr>
            </w:pPr>
          </w:p>
          <w:p w14:paraId="480D179A" w14:textId="77777777" w:rsidR="00DE7E3D" w:rsidRDefault="00000000">
            <w:pPr>
              <w:spacing w:before="40" w:after="0" w:line="240" w:lineRule="auto"/>
            </w:pPr>
            <w:r>
              <w:rPr>
                <w:rFonts w:ascii="Aptos" w:hAnsi="Aptos"/>
                <w:b/>
                <w:color w:val="006B45"/>
                <w:sz w:val="18"/>
              </w:rPr>
              <w:t xml:space="preserve">6  </w:t>
            </w:r>
            <w:r>
              <w:rPr>
                <w:rFonts w:ascii="Aptos" w:hAnsi="Aptos"/>
                <w:b/>
                <w:color w:val="111111"/>
                <w:sz w:val="17"/>
              </w:rPr>
              <w:t>CO BYSTE NA HŘIŠTI DOPLNILI?</w:t>
            </w:r>
          </w:p>
          <w:p w14:paraId="394F4B7C" w14:textId="77777777" w:rsidR="00DE7E3D" w:rsidRPr="00E7592C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Aptos" w:hAnsi="Aptos"/>
                <w:color w:val="1A1A1A"/>
                <w:sz w:val="13"/>
              </w:rPr>
              <w:t>(</w:t>
            </w:r>
            <w:r w:rsidRPr="00E7592C">
              <w:rPr>
                <w:rFonts w:ascii="Aptos" w:hAnsi="Aptos"/>
                <w:color w:val="1A1A1A"/>
                <w:sz w:val="18"/>
                <w:szCs w:val="18"/>
              </w:rPr>
              <w:t>např. herní prvky, vybavení, stín, stromy, keře, lavičky, aj.)</w:t>
            </w:r>
          </w:p>
          <w:p w14:paraId="320F9409" w14:textId="77777777" w:rsidR="00DE7E3D" w:rsidRPr="00E7592C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E7592C">
              <w:rPr>
                <w:rFonts w:ascii="Aptos" w:hAnsi="Aptos"/>
                <w:color w:val="777777"/>
                <w:sz w:val="18"/>
                <w:szCs w:val="18"/>
              </w:rPr>
              <w:t>............................................................................................</w:t>
            </w:r>
          </w:p>
          <w:p w14:paraId="1AAEFBC2" w14:textId="77777777" w:rsidR="00DE7E3D" w:rsidRDefault="00000000">
            <w:pPr>
              <w:spacing w:after="0" w:line="240" w:lineRule="auto"/>
              <w:rPr>
                <w:rFonts w:ascii="Aptos" w:hAnsi="Aptos"/>
                <w:color w:val="777777"/>
                <w:sz w:val="18"/>
                <w:szCs w:val="18"/>
              </w:rPr>
            </w:pPr>
            <w:r w:rsidRPr="00E7592C">
              <w:rPr>
                <w:rFonts w:ascii="Aptos" w:hAnsi="Aptos"/>
                <w:color w:val="777777"/>
                <w:sz w:val="18"/>
                <w:szCs w:val="18"/>
              </w:rPr>
              <w:t>............................................................................................</w:t>
            </w:r>
          </w:p>
          <w:p w14:paraId="7591FE74" w14:textId="77777777" w:rsidR="00E7592C" w:rsidRDefault="00E7592C">
            <w:pPr>
              <w:spacing w:after="0" w:line="240" w:lineRule="auto"/>
            </w:pPr>
          </w:p>
          <w:p w14:paraId="45FCF6D3" w14:textId="77777777" w:rsidR="00DE7E3D" w:rsidRDefault="00000000">
            <w:pPr>
              <w:spacing w:before="40" w:after="0" w:line="240" w:lineRule="auto"/>
            </w:pPr>
            <w:r>
              <w:rPr>
                <w:rFonts w:ascii="Aptos" w:hAnsi="Aptos"/>
                <w:b/>
                <w:color w:val="006B45"/>
                <w:sz w:val="18"/>
              </w:rPr>
              <w:t xml:space="preserve">7  </w:t>
            </w:r>
            <w:r>
              <w:rPr>
                <w:rFonts w:ascii="Aptos" w:hAnsi="Aptos"/>
                <w:b/>
                <w:color w:val="111111"/>
                <w:sz w:val="17"/>
              </w:rPr>
              <w:t>CO BYSTE ZMĚNILI NEBO ZLEPŠILI?</w:t>
            </w:r>
          </w:p>
          <w:p w14:paraId="1495E315" w14:textId="77777777" w:rsidR="00DE7E3D" w:rsidRPr="00E7592C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E7592C">
              <w:rPr>
                <w:rFonts w:ascii="Aptos" w:hAnsi="Aptos"/>
                <w:color w:val="777777"/>
                <w:sz w:val="18"/>
                <w:szCs w:val="28"/>
              </w:rPr>
              <w:t>............................................................................................</w:t>
            </w:r>
          </w:p>
          <w:p w14:paraId="55355BB8" w14:textId="77777777" w:rsidR="00DE7E3D" w:rsidRDefault="00000000">
            <w:pPr>
              <w:spacing w:after="0" w:line="240" w:lineRule="auto"/>
              <w:rPr>
                <w:rFonts w:ascii="Aptos" w:hAnsi="Aptos"/>
                <w:color w:val="777777"/>
                <w:sz w:val="18"/>
                <w:szCs w:val="28"/>
              </w:rPr>
            </w:pPr>
            <w:r w:rsidRPr="00E7592C">
              <w:rPr>
                <w:rFonts w:ascii="Aptos" w:hAnsi="Aptos"/>
                <w:color w:val="777777"/>
                <w:sz w:val="18"/>
                <w:szCs w:val="28"/>
              </w:rPr>
              <w:t>............................................................................................</w:t>
            </w:r>
          </w:p>
          <w:p w14:paraId="0F88C44E" w14:textId="77777777" w:rsidR="00E7592C" w:rsidRPr="00E7592C" w:rsidRDefault="00E7592C">
            <w:pPr>
              <w:spacing w:after="0" w:line="240" w:lineRule="auto"/>
              <w:rPr>
                <w:sz w:val="28"/>
                <w:szCs w:val="28"/>
              </w:rPr>
            </w:pPr>
          </w:p>
          <w:p w14:paraId="7B0C796F" w14:textId="77777777" w:rsidR="00DE7E3D" w:rsidRDefault="00000000">
            <w:pPr>
              <w:spacing w:before="40" w:after="0" w:line="240" w:lineRule="auto"/>
            </w:pPr>
            <w:r>
              <w:rPr>
                <w:rFonts w:ascii="Aptos" w:hAnsi="Aptos"/>
                <w:b/>
                <w:color w:val="006B45"/>
                <w:sz w:val="18"/>
              </w:rPr>
              <w:t xml:space="preserve">8  </w:t>
            </w:r>
            <w:r>
              <w:rPr>
                <w:rFonts w:ascii="Aptos" w:hAnsi="Aptos"/>
                <w:b/>
                <w:color w:val="111111"/>
                <w:sz w:val="17"/>
              </w:rPr>
              <w:t>DALŠÍ NÁMĚTY, PŘIPOMÍNKY NEBO VZKAZY:</w:t>
            </w:r>
          </w:p>
          <w:p w14:paraId="289B7E21" w14:textId="77777777" w:rsidR="00DE7E3D" w:rsidRPr="00E7592C" w:rsidRDefault="00000000">
            <w:pPr>
              <w:spacing w:after="0" w:line="240" w:lineRule="auto"/>
              <w:rPr>
                <w:sz w:val="28"/>
                <w:szCs w:val="28"/>
              </w:rPr>
            </w:pPr>
            <w:r w:rsidRPr="00E7592C">
              <w:rPr>
                <w:rFonts w:ascii="Aptos" w:hAnsi="Aptos"/>
                <w:color w:val="777777"/>
                <w:sz w:val="18"/>
                <w:szCs w:val="28"/>
              </w:rPr>
              <w:t>............................................................................................</w:t>
            </w:r>
          </w:p>
          <w:p w14:paraId="7042738E" w14:textId="77777777" w:rsidR="00DE7E3D" w:rsidRDefault="00000000">
            <w:pPr>
              <w:spacing w:after="0" w:line="240" w:lineRule="auto"/>
              <w:rPr>
                <w:rFonts w:ascii="Aptos" w:hAnsi="Aptos"/>
                <w:color w:val="777777"/>
                <w:sz w:val="18"/>
                <w:szCs w:val="28"/>
              </w:rPr>
            </w:pPr>
            <w:r w:rsidRPr="00E7592C">
              <w:rPr>
                <w:rFonts w:ascii="Aptos" w:hAnsi="Aptos"/>
                <w:color w:val="777777"/>
                <w:sz w:val="18"/>
                <w:szCs w:val="28"/>
              </w:rPr>
              <w:t>............................................................................................</w:t>
            </w:r>
          </w:p>
          <w:p w14:paraId="7AF7BF67" w14:textId="77777777" w:rsidR="00E7592C" w:rsidRPr="00E7592C" w:rsidRDefault="00E7592C">
            <w:pPr>
              <w:spacing w:after="0" w:line="240" w:lineRule="auto"/>
              <w:rPr>
                <w:sz w:val="28"/>
                <w:szCs w:val="28"/>
              </w:rPr>
            </w:pPr>
          </w:p>
          <w:p w14:paraId="4057F7EF" w14:textId="77777777" w:rsidR="00DE7E3D" w:rsidRPr="00E7592C" w:rsidRDefault="00000000">
            <w:pPr>
              <w:spacing w:before="60" w:after="0" w:line="240" w:lineRule="auto"/>
            </w:pPr>
            <w:r w:rsidRPr="00E7592C">
              <w:rPr>
                <w:rFonts w:ascii="Aptos" w:hAnsi="Aptos"/>
                <w:b/>
                <w:color w:val="006B45"/>
              </w:rPr>
              <w:t>KDO DOTAZNÍK VYPLNIL?</w:t>
            </w:r>
          </w:p>
          <w:p w14:paraId="09CF74A7" w14:textId="728639F1" w:rsidR="00DE7E3D" w:rsidRPr="00E7592C" w:rsidRDefault="00000000">
            <w:pPr>
              <w:spacing w:after="0" w:line="240" w:lineRule="auto"/>
            </w:pPr>
            <w:r w:rsidRPr="00E7592C">
              <w:rPr>
                <w:rFonts w:ascii="Aptos" w:hAnsi="Aptos"/>
                <w:b/>
                <w:color w:val="1A1A1A"/>
              </w:rPr>
              <w:t xml:space="preserve">Jméno a příjmení (nepovinné): </w:t>
            </w:r>
            <w:r w:rsidRPr="00E7592C">
              <w:rPr>
                <w:rFonts w:ascii="Aptos" w:hAnsi="Aptos"/>
                <w:color w:val="1A1A1A"/>
              </w:rPr>
              <w:t>...................................</w:t>
            </w:r>
          </w:p>
          <w:p w14:paraId="76BAE290" w14:textId="77777777" w:rsidR="00DE7E3D" w:rsidRDefault="00000000">
            <w:pPr>
              <w:spacing w:after="0" w:line="240" w:lineRule="auto"/>
            </w:pPr>
            <w:r w:rsidRPr="00E7592C">
              <w:rPr>
                <w:rFonts w:ascii="Aptos" w:hAnsi="Aptos"/>
                <w:b/>
                <w:color w:val="1A1A1A"/>
              </w:rPr>
              <w:t xml:space="preserve">Datum: </w:t>
            </w:r>
            <w:r w:rsidRPr="00E7592C">
              <w:rPr>
                <w:rFonts w:ascii="Aptos" w:hAnsi="Aptos"/>
                <w:color w:val="1A1A1A"/>
              </w:rPr>
              <w:t>.....................................................</w:t>
            </w:r>
          </w:p>
        </w:tc>
      </w:tr>
    </w:tbl>
    <w:p w14:paraId="6563B08C" w14:textId="77777777" w:rsidR="00DE7E3D" w:rsidRPr="00E7592C" w:rsidRDefault="00000000">
      <w:pPr>
        <w:spacing w:before="20" w:after="0" w:line="240" w:lineRule="auto"/>
        <w:jc w:val="center"/>
        <w:rPr>
          <w:rFonts w:asciiTheme="majorHAnsi" w:hAnsiTheme="majorHAnsi" w:cstheme="majorHAnsi"/>
          <w:b/>
          <w:color w:val="006B45"/>
          <w:szCs w:val="32"/>
        </w:rPr>
      </w:pPr>
      <w:r w:rsidRPr="00E7592C">
        <w:rPr>
          <w:rFonts w:asciiTheme="majorHAnsi" w:hAnsiTheme="majorHAnsi" w:cstheme="majorHAnsi"/>
          <w:b/>
          <w:color w:val="006B45"/>
          <w:szCs w:val="32"/>
        </w:rPr>
        <w:t>Po vyplnění dotazníku jej prosím vložte do schránky na budově Obecního úřadu Velká Polom.  DĚKUJEME!</w:t>
      </w:r>
    </w:p>
    <w:p w14:paraId="5FED5DCD" w14:textId="77777777" w:rsidR="00E7592C" w:rsidRDefault="00E7592C" w:rsidP="00E7592C"/>
    <w:p w14:paraId="1D2A0964" w14:textId="77777777" w:rsidR="00E7592C" w:rsidRPr="00E7592C" w:rsidRDefault="00E7592C" w:rsidP="00E7592C"/>
    <w:p w14:paraId="213E138C" w14:textId="77777777" w:rsidR="00E7592C" w:rsidRDefault="00E7592C" w:rsidP="00E7592C">
      <w:pPr>
        <w:spacing w:before="60" w:after="0" w:line="240" w:lineRule="auto"/>
        <w:rPr>
          <w:rFonts w:ascii="Aptos" w:hAnsi="Aptos"/>
          <w:b/>
          <w:color w:val="006B45"/>
        </w:rPr>
      </w:pPr>
      <w:r w:rsidRPr="00E7592C">
        <w:rPr>
          <w:rFonts w:ascii="Aptos" w:hAnsi="Aptos"/>
          <w:b/>
          <w:color w:val="006B45"/>
        </w:rPr>
        <w:t>Vaše názory jsou pro nás důležité!</w:t>
      </w:r>
    </w:p>
    <w:p w14:paraId="2AE16815" w14:textId="77777777" w:rsidR="00E7592C" w:rsidRPr="00E7592C" w:rsidRDefault="00E7592C" w:rsidP="00E7592C">
      <w:pPr>
        <w:spacing w:before="60" w:after="0" w:line="240" w:lineRule="auto"/>
      </w:pPr>
    </w:p>
    <w:p w14:paraId="63F05A1D" w14:textId="1C987050" w:rsidR="00E7592C" w:rsidRDefault="00E7592C" w:rsidP="00E7592C">
      <w:pPr>
        <w:rPr>
          <w:rFonts w:ascii="Aptos" w:hAnsi="Aptos"/>
          <w:color w:val="1A1A1A"/>
        </w:rPr>
      </w:pPr>
      <w:r w:rsidRPr="00E7592C">
        <w:rPr>
          <w:rFonts w:ascii="Aptos" w:hAnsi="Aptos"/>
          <w:color w:val="1A1A1A"/>
        </w:rPr>
        <w:t>Pomozte nám zlepšit dětské hřiště tak, aby sloužilo co nejlépe dětem i jejich rodičům.</w:t>
      </w:r>
    </w:p>
    <w:sectPr w:rsidR="00E7592C" w:rsidSect="00034616">
      <w:pgSz w:w="11906" w:h="16838"/>
      <w:pgMar w:top="397" w:right="454" w:bottom="340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304424">
    <w:abstractNumId w:val="8"/>
  </w:num>
  <w:num w:numId="2" w16cid:durableId="1142309343">
    <w:abstractNumId w:val="6"/>
  </w:num>
  <w:num w:numId="3" w16cid:durableId="1186600504">
    <w:abstractNumId w:val="5"/>
  </w:num>
  <w:num w:numId="4" w16cid:durableId="1105731373">
    <w:abstractNumId w:val="4"/>
  </w:num>
  <w:num w:numId="5" w16cid:durableId="1335452817">
    <w:abstractNumId w:val="7"/>
  </w:num>
  <w:num w:numId="6" w16cid:durableId="861284065">
    <w:abstractNumId w:val="3"/>
  </w:num>
  <w:num w:numId="7" w16cid:durableId="1145507666">
    <w:abstractNumId w:val="2"/>
  </w:num>
  <w:num w:numId="8" w16cid:durableId="2008752213">
    <w:abstractNumId w:val="1"/>
  </w:num>
  <w:num w:numId="9" w16cid:durableId="117002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33246"/>
    <w:rsid w:val="00AA1D8D"/>
    <w:rsid w:val="00B47730"/>
    <w:rsid w:val="00CB0664"/>
    <w:rsid w:val="00DE7E3D"/>
    <w:rsid w:val="00E759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1FD99D"/>
  <w14:defaultImageDpi w14:val="300"/>
  <w15:docId w15:val="{127A3AA6-E505-40A0-AC58-DAD833CC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Dotazník spokojenosti – nové dětské hřiště na ul. Okružní</dc:title>
  <dc:subject/>
  <dc:creator>Obec Velká Polom</dc:creator>
  <cp:keywords/>
  <dc:description>generated by python-docx</dc:description>
  <cp:lastModifiedBy>Silvie Dohnalová</cp:lastModifiedBy>
  <cp:revision>2</cp:revision>
  <dcterms:created xsi:type="dcterms:W3CDTF">2026-08-12T13:46:00Z</dcterms:created>
  <dcterms:modified xsi:type="dcterms:W3CDTF">2026-08-12T13:46:00Z</dcterms:modified>
  <cp:category/>
</cp:coreProperties>
</file>